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678" w:rsidRDefault="0088738B">
      <w:pPr>
        <w:jc w:val="center"/>
      </w:pPr>
      <w:r>
        <w:rPr>
          <w:rFonts w:ascii="Arial" w:hAnsi="Arial"/>
          <w:b/>
          <w:color w:val="1B4D3E"/>
          <w:sz w:val="44"/>
        </w:rPr>
        <w:t>JELOVNIK ZA RUJAN</w:t>
      </w:r>
    </w:p>
    <w:p w:rsidR="005E5678" w:rsidRDefault="0088738B">
      <w:pPr>
        <w:jc w:val="center"/>
      </w:pPr>
      <w:r>
        <w:rPr>
          <w:rFonts w:ascii="Arial" w:hAnsi="Arial"/>
          <w:i/>
          <w:color w:val="646E78"/>
          <w:sz w:val="24"/>
        </w:rPr>
        <w:t>Mjesečni raspored prehrane</w:t>
      </w:r>
    </w:p>
    <w:p w:rsidR="005E5678" w:rsidRDefault="005E5678">
      <w:pPr>
        <w:spacing w:after="2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5E5678">
        <w:trPr>
          <w:jc w:val="center"/>
        </w:trPr>
        <w:tc>
          <w:tcPr>
            <w:tcW w:w="2160" w:type="dxa"/>
            <w:shd w:val="clear" w:color="auto" w:fill="1B4D3E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5E5678" w:rsidRDefault="0088738B">
            <w:r>
              <w:rPr>
                <w:rFonts w:ascii="Arial" w:hAnsi="Arial"/>
                <w:b/>
                <w:color w:val="FFFFFF"/>
              </w:rPr>
              <w:t>DATUM</w:t>
            </w:r>
          </w:p>
        </w:tc>
        <w:tc>
          <w:tcPr>
            <w:tcW w:w="7200" w:type="dxa"/>
            <w:shd w:val="clear" w:color="auto" w:fill="1B4D3E"/>
            <w:tcMar>
              <w:top w:w="140" w:type="dxa"/>
              <w:left w:w="150" w:type="dxa"/>
              <w:bottom w:w="140" w:type="dxa"/>
              <w:right w:w="150" w:type="dxa"/>
            </w:tcMar>
          </w:tcPr>
          <w:p w:rsidR="005E5678" w:rsidRDefault="0088738B">
            <w:r>
              <w:rPr>
                <w:rFonts w:ascii="Arial" w:hAnsi="Arial"/>
                <w:b/>
                <w:color w:val="FFFFFF"/>
              </w:rPr>
              <w:t>OBROK / JELOVNIK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7. 9.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color w:val="2C3E50"/>
                <w:sz w:val="21"/>
              </w:rPr>
              <w:t>Raspored sati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8. 9.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Sendvič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Cedevita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voće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9. 9.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Pureći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rižoto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salata</w:t>
            </w:r>
            <w:proofErr w:type="spellEnd"/>
            <w:r w:rsidR="00653621"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 w:rsidR="00653621">
              <w:rPr>
                <w:rFonts w:ascii="Arial" w:hAnsi="Arial"/>
                <w:color w:val="2C3E50"/>
                <w:sz w:val="21"/>
              </w:rPr>
              <w:t>jogurt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Euforija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laktoza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10. 9.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Juneći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paprikaš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hajdina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kaša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štrukla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11. 9.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Hrenovka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 w:rsidR="00653621">
              <w:rPr>
                <w:rFonts w:ascii="Arial" w:hAnsi="Arial"/>
                <w:color w:val="2C3E50"/>
                <w:sz w:val="21"/>
              </w:rPr>
              <w:t>pecivo</w:t>
            </w:r>
            <w:proofErr w:type="spellEnd"/>
            <w:r w:rsidR="00653621"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sok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voće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gluten)</w:t>
            </w:r>
          </w:p>
        </w:tc>
      </w:tr>
      <w:tr w:rsidR="005E5678">
        <w:trPr>
          <w:jc w:val="center"/>
        </w:trPr>
        <w:tc>
          <w:tcPr>
            <w:tcW w:w="2160" w:type="dxa"/>
            <w:shd w:val="clear" w:color="auto" w:fill="EAEAEA"/>
            <w:tcMar>
              <w:top w:w="40" w:type="dxa"/>
              <w:left w:w="150" w:type="dxa"/>
              <w:bottom w:w="40" w:type="dxa"/>
              <w:right w:w="150" w:type="dxa"/>
            </w:tcMar>
          </w:tcPr>
          <w:p w:rsidR="005E5678" w:rsidRDefault="005E5678">
            <w:pPr>
              <w:spacing w:after="0"/>
            </w:pPr>
          </w:p>
        </w:tc>
        <w:tc>
          <w:tcPr>
            <w:tcW w:w="7200" w:type="dxa"/>
            <w:shd w:val="clear" w:color="auto" w:fill="EAEAEA"/>
            <w:tcMar>
              <w:top w:w="40" w:type="dxa"/>
              <w:left w:w="150" w:type="dxa"/>
              <w:bottom w:w="40" w:type="dxa"/>
              <w:right w:w="150" w:type="dxa"/>
            </w:tcMar>
          </w:tcPr>
          <w:p w:rsidR="005E5678" w:rsidRDefault="005E5678">
            <w:pPr>
              <w:spacing w:after="0"/>
            </w:pP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14. 9.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Sendvič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napitak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voće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15. 9.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Gulaš</w:t>
            </w:r>
            <w:proofErr w:type="spellEnd"/>
            <w:r w:rsidR="00653621"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 w:rsidR="00653621">
              <w:rPr>
                <w:rFonts w:ascii="Arial" w:hAnsi="Arial"/>
                <w:color w:val="2C3E50"/>
                <w:sz w:val="21"/>
              </w:rPr>
              <w:t>varivo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krafna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celer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,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16. 9.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653621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Mljeveno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meso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špageti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(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bolognese</w:t>
            </w:r>
            <w:proofErr w:type="spellEnd"/>
            <w:r w:rsidR="0088738B">
              <w:rPr>
                <w:rFonts w:ascii="Arial" w:hAnsi="Arial"/>
                <w:color w:val="2C3E50"/>
                <w:sz w:val="21"/>
              </w:rPr>
              <w:t xml:space="preserve">), </w:t>
            </w:r>
            <w:proofErr w:type="spellStart"/>
            <w:r w:rsidR="0088738B">
              <w:rPr>
                <w:rFonts w:ascii="Arial" w:hAnsi="Arial"/>
                <w:color w:val="2C3E50"/>
                <w:sz w:val="21"/>
              </w:rPr>
              <w:t>pu</w:t>
            </w:r>
            <w:r w:rsidR="002578C4">
              <w:rPr>
                <w:rFonts w:ascii="Arial" w:hAnsi="Arial"/>
                <w:color w:val="2C3E50"/>
                <w:sz w:val="21"/>
              </w:rPr>
              <w:t>ding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gluten,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laktoza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17. 9.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653621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Fritesi</w:t>
            </w:r>
            <w:proofErr w:type="spellEnd"/>
            <w:r w:rsidR="0088738B"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 w:rsidR="0088738B">
              <w:rPr>
                <w:rFonts w:ascii="Arial" w:hAnsi="Arial"/>
                <w:color w:val="2C3E50"/>
                <w:sz w:val="21"/>
              </w:rPr>
              <w:t>meksička</w:t>
            </w:r>
            <w:proofErr w:type="spellEnd"/>
            <w:r w:rsidR="0088738B"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 w:rsidR="0088738B">
              <w:rPr>
                <w:rFonts w:ascii="Arial" w:hAnsi="Arial"/>
                <w:color w:val="2C3E50"/>
                <w:sz w:val="21"/>
              </w:rPr>
              <w:t>salata</w:t>
            </w:r>
            <w:proofErr w:type="spellEnd"/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18. 9.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color w:val="2C3E50"/>
                <w:sz w:val="21"/>
              </w:rPr>
              <w:t xml:space="preserve">Pizza,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sok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voće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gluten,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origano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)</w:t>
            </w:r>
          </w:p>
        </w:tc>
      </w:tr>
      <w:tr w:rsidR="005E5678">
        <w:trPr>
          <w:jc w:val="center"/>
        </w:trPr>
        <w:tc>
          <w:tcPr>
            <w:tcW w:w="2160" w:type="dxa"/>
            <w:shd w:val="clear" w:color="auto" w:fill="EAEAEA"/>
            <w:tcMar>
              <w:top w:w="40" w:type="dxa"/>
              <w:left w:w="150" w:type="dxa"/>
              <w:bottom w:w="40" w:type="dxa"/>
              <w:right w:w="150" w:type="dxa"/>
            </w:tcMar>
          </w:tcPr>
          <w:p w:rsidR="005E5678" w:rsidRDefault="005E5678">
            <w:pPr>
              <w:spacing w:after="0"/>
            </w:pPr>
          </w:p>
        </w:tc>
        <w:tc>
          <w:tcPr>
            <w:tcW w:w="7200" w:type="dxa"/>
            <w:shd w:val="clear" w:color="auto" w:fill="EAEAEA"/>
            <w:tcMar>
              <w:top w:w="40" w:type="dxa"/>
              <w:left w:w="150" w:type="dxa"/>
              <w:bottom w:w="40" w:type="dxa"/>
              <w:right w:w="150" w:type="dxa"/>
            </w:tcMar>
          </w:tcPr>
          <w:p w:rsidR="005E5678" w:rsidRDefault="005E5678">
            <w:pPr>
              <w:spacing w:after="0"/>
            </w:pP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21. 9.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Pašteta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>,</w:t>
            </w:r>
            <w:r w:rsidR="00653621"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 w:rsidR="00653621">
              <w:rPr>
                <w:rFonts w:ascii="Arial" w:hAnsi="Arial"/>
                <w:color w:val="2C3E50"/>
                <w:sz w:val="21"/>
              </w:rPr>
              <w:t>kruh</w:t>
            </w:r>
            <w:proofErr w:type="spellEnd"/>
            <w:r w:rsidR="00653621">
              <w:rPr>
                <w:rFonts w:ascii="Arial" w:hAnsi="Arial"/>
                <w:color w:val="2C3E50"/>
                <w:sz w:val="21"/>
              </w:rPr>
              <w:t>,</w:t>
            </w:r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napitak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voće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22. 9.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653621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Grah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varivo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s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mes</w:t>
            </w:r>
            <w:r w:rsidR="0088738B">
              <w:rPr>
                <w:rFonts w:ascii="Arial" w:hAnsi="Arial"/>
                <w:color w:val="2C3E50"/>
                <w:sz w:val="21"/>
              </w:rPr>
              <w:t>om</w:t>
            </w:r>
            <w:proofErr w:type="spellEnd"/>
            <w:r w:rsidR="0088738B"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 w:rsidR="0088738B">
              <w:rPr>
                <w:rFonts w:ascii="Arial" w:hAnsi="Arial"/>
                <w:color w:val="2C3E50"/>
                <w:sz w:val="21"/>
              </w:rPr>
              <w:t>kroasan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23. 9.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Svinjetina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u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povrću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palenta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salata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celer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24. 9.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Jaje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špinat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štrukla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jaje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,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25. 9.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Lino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jastučići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s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mlijekom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perec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laktoza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, gluten)</w:t>
            </w:r>
          </w:p>
        </w:tc>
      </w:tr>
      <w:tr w:rsidR="005E5678">
        <w:trPr>
          <w:jc w:val="center"/>
        </w:trPr>
        <w:tc>
          <w:tcPr>
            <w:tcW w:w="2160" w:type="dxa"/>
            <w:shd w:val="clear" w:color="auto" w:fill="EAEAEA"/>
            <w:tcMar>
              <w:top w:w="40" w:type="dxa"/>
              <w:left w:w="150" w:type="dxa"/>
              <w:bottom w:w="40" w:type="dxa"/>
              <w:right w:w="150" w:type="dxa"/>
            </w:tcMar>
          </w:tcPr>
          <w:p w:rsidR="005E5678" w:rsidRDefault="005E5678">
            <w:pPr>
              <w:spacing w:after="0"/>
            </w:pPr>
          </w:p>
        </w:tc>
        <w:tc>
          <w:tcPr>
            <w:tcW w:w="7200" w:type="dxa"/>
            <w:shd w:val="clear" w:color="auto" w:fill="EAEAEA"/>
            <w:tcMar>
              <w:top w:w="40" w:type="dxa"/>
              <w:left w:w="150" w:type="dxa"/>
              <w:bottom w:w="40" w:type="dxa"/>
              <w:right w:w="150" w:type="dxa"/>
            </w:tcMar>
          </w:tcPr>
          <w:p w:rsidR="005E5678" w:rsidRDefault="005E5678">
            <w:pPr>
              <w:spacing w:after="0"/>
            </w:pP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28. 9.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Sirni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namaz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 w:rsidR="00653621">
              <w:rPr>
                <w:rFonts w:ascii="Arial" w:hAnsi="Arial"/>
                <w:color w:val="2C3E50"/>
                <w:sz w:val="21"/>
              </w:rPr>
              <w:t>kruh</w:t>
            </w:r>
            <w:proofErr w:type="spellEnd"/>
            <w:r w:rsidR="00653621"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napitak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voće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laktoza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,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29. 9.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653621">
            <w:pPr>
              <w:spacing w:after="0"/>
            </w:pPr>
            <w:proofErr w:type="spellStart"/>
            <w:r>
              <w:rPr>
                <w:rFonts w:ascii="Arial" w:hAnsi="Arial"/>
                <w:color w:val="2C3E50"/>
                <w:sz w:val="21"/>
              </w:rPr>
              <w:t>Mahune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varivo</w:t>
            </w:r>
            <w:proofErr w:type="spellEnd"/>
            <w:r>
              <w:rPr>
                <w:rFonts w:ascii="Arial" w:hAnsi="Arial"/>
                <w:color w:val="2C3E50"/>
                <w:sz w:val="21"/>
              </w:rPr>
              <w:t xml:space="preserve"> s </w:t>
            </w:r>
            <w:proofErr w:type="spellStart"/>
            <w:r>
              <w:rPr>
                <w:rFonts w:ascii="Arial" w:hAnsi="Arial"/>
                <w:color w:val="2C3E50"/>
                <w:sz w:val="21"/>
              </w:rPr>
              <w:t>mes</w:t>
            </w:r>
            <w:r w:rsidR="0088738B">
              <w:rPr>
                <w:rFonts w:ascii="Arial" w:hAnsi="Arial"/>
                <w:color w:val="2C3E50"/>
                <w:sz w:val="21"/>
              </w:rPr>
              <w:t>om</w:t>
            </w:r>
            <w:proofErr w:type="spellEnd"/>
            <w:r w:rsidR="0088738B">
              <w:rPr>
                <w:rFonts w:ascii="Arial" w:hAnsi="Arial"/>
                <w:color w:val="2C3E50"/>
                <w:sz w:val="21"/>
              </w:rPr>
              <w:t xml:space="preserve">, </w:t>
            </w:r>
            <w:proofErr w:type="spellStart"/>
            <w:r w:rsidR="0088738B">
              <w:rPr>
                <w:rFonts w:ascii="Arial" w:hAnsi="Arial"/>
                <w:color w:val="2C3E50"/>
                <w:sz w:val="21"/>
              </w:rPr>
              <w:t>krafna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 xml:space="preserve"> (A: </w:t>
            </w:r>
            <w:proofErr w:type="spellStart"/>
            <w:r w:rsidR="002578C4">
              <w:rPr>
                <w:rFonts w:ascii="Arial" w:hAnsi="Arial"/>
                <w:color w:val="2C3E50"/>
                <w:sz w:val="21"/>
              </w:rPr>
              <w:t>celer</w:t>
            </w:r>
            <w:proofErr w:type="spellEnd"/>
            <w:r w:rsidR="002578C4">
              <w:rPr>
                <w:rFonts w:ascii="Arial" w:hAnsi="Arial"/>
                <w:color w:val="2C3E50"/>
                <w:sz w:val="21"/>
              </w:rPr>
              <w:t>, gluten)</w:t>
            </w:r>
          </w:p>
        </w:tc>
      </w:tr>
      <w:tr w:rsidR="005E5678">
        <w:trPr>
          <w:jc w:val="center"/>
        </w:trPr>
        <w:tc>
          <w:tcPr>
            <w:tcW w:w="2160" w:type="dxa"/>
            <w:tcBorders>
              <w:bottom w:val="single" w:sz="2" w:space="0" w:color="E0E0E0"/>
            </w:tcBorders>
            <w:shd w:val="clear" w:color="auto" w:fill="F9FBF9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b/>
                <w:color w:val="1B4D3E"/>
                <w:sz w:val="21"/>
              </w:rPr>
              <w:t>30. 9.</w:t>
            </w:r>
          </w:p>
        </w:tc>
        <w:tc>
          <w:tcPr>
            <w:tcW w:w="7200" w:type="dxa"/>
            <w:tcBorders>
              <w:bottom w:val="single" w:sz="2" w:space="0" w:color="E0E0E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5E5678" w:rsidRDefault="0088738B">
            <w:pPr>
              <w:spacing w:after="0"/>
            </w:pPr>
            <w:r>
              <w:rPr>
                <w:rFonts w:ascii="Arial" w:hAnsi="Arial"/>
                <w:color w:val="2C3E50"/>
                <w:sz w:val="21"/>
              </w:rPr>
              <w:t>Riblji štapići, blitva s krumpirom</w:t>
            </w:r>
          </w:p>
        </w:tc>
      </w:tr>
    </w:tbl>
    <w:p w:rsidR="003D5F4D" w:rsidRDefault="003D5F4D"/>
    <w:p w:rsidR="002578C4" w:rsidRDefault="002578C4">
      <w:proofErr w:type="spellStart"/>
      <w:r>
        <w:t>Alergeni</w:t>
      </w:r>
      <w:proofErr w:type="spellEnd"/>
      <w:r>
        <w:t xml:space="preserve"> (A): </w:t>
      </w:r>
      <w:proofErr w:type="spellStart"/>
      <w:r>
        <w:t>jaja</w:t>
      </w:r>
      <w:proofErr w:type="spellEnd"/>
      <w:r>
        <w:t xml:space="preserve">, gluten, </w:t>
      </w:r>
      <w:proofErr w:type="spellStart"/>
      <w:r>
        <w:t>laktoza</w:t>
      </w:r>
      <w:proofErr w:type="spellEnd"/>
      <w:r>
        <w:t xml:space="preserve">, </w:t>
      </w:r>
      <w:proofErr w:type="spellStart"/>
      <w:r>
        <w:t>origano</w:t>
      </w:r>
      <w:proofErr w:type="spellEnd"/>
      <w:r>
        <w:t xml:space="preserve">, </w:t>
      </w:r>
      <w:proofErr w:type="spellStart"/>
      <w:r>
        <w:t>celer</w:t>
      </w:r>
      <w:proofErr w:type="spellEnd"/>
    </w:p>
    <w:p w:rsidR="002578C4" w:rsidRDefault="002578C4">
      <w:bookmarkStart w:id="0" w:name="_GoBack"/>
      <w:bookmarkEnd w:id="0"/>
    </w:p>
    <w:sectPr w:rsidR="002578C4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578C4"/>
    <w:rsid w:val="0029639D"/>
    <w:rsid w:val="00326F90"/>
    <w:rsid w:val="003D5F4D"/>
    <w:rsid w:val="005E5678"/>
    <w:rsid w:val="00653621"/>
    <w:rsid w:val="007C561F"/>
    <w:rsid w:val="008873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CFEB361-FA15-440A-B3CC-5D25AF9C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61F"/>
  </w:style>
  <w:style w:type="paragraph" w:styleId="Naslov1">
    <w:name w:val="heading 1"/>
    <w:basedOn w:val="Normal"/>
    <w:next w:val="Normal"/>
    <w:link w:val="Naslov1Char"/>
    <w:uiPriority w:val="9"/>
    <w:qFormat/>
    <w:rsid w:val="007C56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C56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C56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56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56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56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561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561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561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7C561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7C561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7C561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7C561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7C56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561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561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7C561F"/>
    <w:rPr>
      <w:color w:val="5A5A5A" w:themeColor="text1" w:themeTint="A5"/>
      <w:spacing w:val="15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7C561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561F"/>
    <w:rPr>
      <w:i/>
      <w:iCs/>
      <w:color w:val="404040" w:themeColor="text1" w:themeTint="BF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56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56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561F"/>
    <w:rPr>
      <w:rFonts w:asciiTheme="majorHAnsi" w:eastAsiaTheme="majorEastAsia" w:hAnsiTheme="majorHAnsi" w:cstheme="majorBidi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561F"/>
    <w:rPr>
      <w:rFonts w:asciiTheme="majorHAnsi" w:eastAsiaTheme="majorEastAsia" w:hAnsiTheme="majorHAnsi" w:cstheme="majorBidi"/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561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561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7C561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Naglaeno">
    <w:name w:val="Strong"/>
    <w:basedOn w:val="Zadanifontodlomka"/>
    <w:uiPriority w:val="22"/>
    <w:qFormat/>
    <w:rsid w:val="007C561F"/>
    <w:rPr>
      <w:b/>
      <w:bCs/>
      <w:color w:val="auto"/>
    </w:rPr>
  </w:style>
  <w:style w:type="character" w:styleId="Istaknuto">
    <w:name w:val="Emphasis"/>
    <w:basedOn w:val="Zadanifontodlomka"/>
    <w:uiPriority w:val="20"/>
    <w:qFormat/>
    <w:rsid w:val="007C561F"/>
    <w:rPr>
      <w:i/>
      <w:iCs/>
      <w:color w:val="auto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561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561F"/>
    <w:rPr>
      <w:i/>
      <w:iCs/>
      <w:color w:val="404040" w:themeColor="text1" w:themeTint="BF"/>
    </w:rPr>
  </w:style>
  <w:style w:type="character" w:styleId="Neupadljivoisticanje">
    <w:name w:val="Subtle Emphasis"/>
    <w:basedOn w:val="Zadanifontodlomka"/>
    <w:uiPriority w:val="19"/>
    <w:qFormat/>
    <w:rsid w:val="007C561F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7C561F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7C561F"/>
    <w:rPr>
      <w:smallCaps/>
      <w:color w:val="404040" w:themeColor="text1" w:themeTint="BF"/>
    </w:rPr>
  </w:style>
  <w:style w:type="character" w:styleId="Istaknutareferenca">
    <w:name w:val="Intense Reference"/>
    <w:basedOn w:val="Zadanifontodlomka"/>
    <w:uiPriority w:val="32"/>
    <w:qFormat/>
    <w:rsid w:val="007C561F"/>
    <w:rPr>
      <w:b/>
      <w:bCs/>
      <w:smallCaps/>
      <w:color w:val="404040" w:themeColor="text1" w:themeTint="BF"/>
      <w:spacing w:val="5"/>
    </w:rPr>
  </w:style>
  <w:style w:type="character" w:styleId="Naslovknjige">
    <w:name w:val="Book Title"/>
    <w:basedOn w:val="Zadanifontodlomka"/>
    <w:uiPriority w:val="33"/>
    <w:qFormat/>
    <w:rsid w:val="007C561F"/>
    <w:rPr>
      <w:b/>
      <w:bCs/>
      <w:i/>
      <w:iC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C561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FDAD02-672D-4D2C-A230-24746999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-Pc</cp:lastModifiedBy>
  <cp:revision>5</cp:revision>
  <dcterms:created xsi:type="dcterms:W3CDTF">2026-09-06T07:45:00Z</dcterms:created>
  <dcterms:modified xsi:type="dcterms:W3CDTF">2026-09-06T07:53:00Z</dcterms:modified>
  <cp:category/>
</cp:coreProperties>
</file>